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/>
          <w:color w:val="1E3A8A"/>
          <w:sz w:val="40"/>
        </w:rPr>
        <w:t>MASTER TRAVEL DOSSIER &amp; LOGISTICS DIRECTORY</w:t>
      </w:r>
    </w:p>
    <w:p>
      <w:pPr>
        <w:spacing w:before="0" w:after="280"/>
      </w:pPr>
      <w:r>
        <w:rPr>
          <w:rFonts w:ascii="Calibri" w:hAnsi="Calibri"/>
          <w:i/>
          <w:color w:val="64748B"/>
          <w:sz w:val="26"/>
        </w:rPr>
        <w:t>Bangalore • Mysore • Coorg (18 – 23 September 2026)</w:t>
      </w:r>
    </w:p>
    <w:p>
      <w:r>
        <w:rPr>
          <w:rFonts w:ascii="Calibri" w:hAnsi="Calibri"/>
          <w:b/>
          <w:color w:val="0F172A"/>
          <w:sz w:val="26"/>
        </w:rPr>
        <w:t>1. Master Communications &amp; Emergency Directory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rPr>
          <w:cantSplit/>
          <w:tblHeader/>
        </w:trPr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Role / Category</w:t>
            </w:r>
          </w:p>
        </w:tc>
        <w:tc>
          <w:tcPr>
            <w:tcW w:type="dxa" w:w="2592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Name / Designation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Phone Number / Link</w:t>
            </w:r>
          </w:p>
        </w:tc>
        <w:tc>
          <w:tcPr>
            <w:tcW w:type="dxa" w:w="3168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Address / Notes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Surat Chaudhary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+91 98972 23574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Senior Citizen, AI 2485 Seat 5D (WCHS Wheelchair)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Kartikaye Chaudhary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+91 95570 66603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 2485 Seat 5C (Aisle) | PNR: 9GVV8I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Gaurav Sharma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+91 81289 91062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Primary Guest: ibis Styles Mysuru &amp; Ayatana Coorg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Co-Traveller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Dipti Sharma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+91 96247 83839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-&gt; Mysore heritage leg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Delhi Resident Emergency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Saurabh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+91 88006 02301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Lives at G29 Jangpura Extension, New Delhi 110014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Delhi Chauffeur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+91 97196 66277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Own chauffeured car for Legs 1 &amp; 10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Karnataka Tour Operator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+91 78298 83978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Toyota Innova Crysta coordinator; driver phone awaited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Resident Host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Tapash &amp; Swapna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+91 93226 07425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98 Nishant Enclave, HAL 2nd Stage (19 Sep Dinner)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Bangalore Local Contact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Pradeep Bhaiya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+91 98109 81617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Local travel &amp; family contact in Bangalore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Airline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 India Special Assistance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1860 233 1407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24/7 Helpline &amp; PNR 9GVV8I PRM Handshake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Airport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PRM Desk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0124 479 7300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Terminal 3 Departures Gate 3 Assistance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Airport Assistance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BLR T2 PRM (Care by BIAL)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080 2201 2401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Terminal 2 Curbside Drop-off Point 3 / Gate 3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1 (Domlur)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Encore Domlur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080 4060 2020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282-285 Amarjyothi Layout, Domlur (Booking #2036423956)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2 (Mysore)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0821 691 1111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No 509 A, KRS Road, Hebbal Industrial Area (#NH23226507996448)</w:t>
            </w:r>
          </w:p>
        </w:tc>
      </w:tr>
      <w:tr>
        <w:trPr>
          <w:cantSplit/>
        </w:trPr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Hotel 3 (Coorg)</w:t>
            </w:r>
          </w:p>
        </w:tc>
        <w:tc>
          <w:tcPr>
            <w:tcW w:type="dxa" w:w="259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Resort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+91 99455 02000</w:t>
            </w:r>
          </w:p>
        </w:tc>
        <w:tc>
          <w:tcPr>
            <w:tcW w:type="dxa" w:w="316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Aratt Estate, Somwarpet (Booking #6105745815)</w:t>
            </w:r>
          </w:p>
        </w:tc>
      </w:tr>
    </w:tbl>
    <w:p>
      <w:pPr>
        <w:spacing w:after="160"/>
      </w:pPr>
    </w:p>
    <w:p>
      <w:r>
        <w:rPr>
          <w:rFonts w:ascii="Calibri" w:hAnsi="Calibri"/>
          <w:b/>
          <w:color w:val="0F172A"/>
          <w:sz w:val="26"/>
        </w:rPr>
        <w:t>2. Master Driver Pickup &amp; Staging Directory (All 10 Legs)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rPr>
          <w:cantSplit/>
          <w:tblHeader/>
        </w:trPr>
        <w:tc>
          <w:tcPr>
            <w:tcW w:type="dxa" w:w="1728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Leg &amp; Date</w:t>
            </w:r>
          </w:p>
        </w:tc>
        <w:tc>
          <w:tcPr>
            <w:tcW w:type="dxa" w:w="1872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Driver &amp; Contact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Exact Staging / Pickup Point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Drop Destination &amp; Address</w:t>
            </w:r>
          </w:p>
        </w:tc>
        <w:tc>
          <w:tcPr>
            <w:tcW w:type="dxa" w:w="2160"/>
            <w:shd w:val="clear" w:color="auto" w:fill="1E3A8A"/>
          </w:tcPr>
          <w:p>
            <w:pPr>
              <w:spacing w:before="80" w:after="80"/>
            </w:pPr>
            <w:r>
              <w:rPr>
                <w:rFonts w:ascii="Calibri" w:hAnsi="Calibri"/>
                <w:b/>
                <w:color w:val="FFFFFF"/>
                <w:sz w:val="20"/>
              </w:rPr>
              <w:t>Navigation &amp; Key Instructions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1</w:t>
              <w:br/>
              <w:t>Fri 18 Sep</w:t>
              <w:br/>
              <w:t>07:45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  <w:br/>
              <w:t>+91 97196 66277</w:t>
              <w:br/>
              <w:t>(Own Car)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Home Porch</w:t>
              <w:br/>
              <w:t>G29 Jangpura Extension,</w:t>
              <w:br/>
              <w:t>New Delhi 110014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Departures Ramp</w:t>
              <w:br/>
              <w:t>Curbside Pillars 4–6 / Gate 3</w:t>
              <w:br/>
              <w:t>IGI Airport, New Delhi 110037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Resident Contact: Saurabh (8800602301)</w:t>
              <w:br/>
              <w:t>Enter Gate 3 directly for PRM Desk. Reconfirm BLR T2 wheelchair in DCS.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2</w:t>
              <w:br/>
              <w:t>Fri 18 Sep</w:t>
              <w:br/>
              <w:t>14:15 Pick-up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Tour Op: Dinesh MV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BLR T2 Arrivals Curbside</w:t>
              <w:br/>
              <w:t>Commercial Pick-Up Lane</w:t>
              <w:br/>
              <w:t>(P4 / T2 Lane)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Encore Domlur</w:t>
              <w:br/>
              <w:t>282-285 Amarjyothi Layout,</w:t>
              <w:br/>
              <w:t>Domlur 1st Stage, Bengaluru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Chauffeur phone awaited.</w:t>
              <w:br/>
              <w:t>PRM attendant wheels Surat to curb.</w:t>
              <w:br/>
              <w:t>Ramada Booking #2036423956.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3</w:t>
              <w:br/>
              <w:t>Fri 18 Sep</w:t>
              <w:br/>
              <w:t>18:35 &amp; 21:45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(18:35)</w:t>
              <w:br/>
              <w:t>Taj Portico (21:45)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Vijayanagar Hall, Taj MG Road</w:t>
              <w:br/>
              <w:t>41/3 MG Road, Bengaluru 560001</w:t>
              <w:br/>
              <w:t>Phone: 080 6660 4444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Arvind &amp; Apoorva Wedding Reception.</w:t>
              <w:br/>
              <w:t>Step-free portico drop-off.</w:t>
              <w:br/>
              <w:t>Return pickup at 21:45.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4</w:t>
              <w:br/>
              <w:t>Sat 19 Sep</w:t>
              <w:br/>
              <w:t>09:30 &amp; 18:45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(09:30 &amp; 18:45)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Tapash &amp; Swapna Residence</w:t>
              <w:br/>
              <w:t>98 Nishant Enclave, HAL 2nd Stage,</w:t>
              <w:br/>
              <w:t>Bangalore 560008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Host: Tapash (9322607425).</w:t>
              <w:br/>
              <w:t>Deliver fresh Agra Angoori Petha.</w:t>
              <w:br/>
              <w:t>Pure veg dinner. Return 21:45.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5</w:t>
              <w:br/>
              <w:t>Sun 20 Sep</w:t>
              <w:br/>
              <w:t>08:30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 (4 Pax)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Ramada Domlur Porch (08:30 AM)</w:t>
              <w:br/>
              <w:t>En-route: Srirangapatna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</w:t>
              <w:br/>
              <w:t>No 509 A, KRS Road, Hebbal</w:t>
              <w:br/>
              <w:t>Industrial Area, Mysuru 570016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4 Pax: Surat, Kartikaye, Gaurav, Dipti Sharma (+91 96247 83839).</w:t>
              <w:br/>
              <w:t>Expressway (135 km).</w:t>
              <w:br/>
              <w:t>Booking #NH23226507996448 (Gaurav Sharma).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6</w:t>
              <w:br/>
              <w:t>Sun 20 Sep</w:t>
              <w:br/>
              <w:t>16:30 Outbound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 Porch (16:30)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Mysore Palace &amp; Sayyaji Rao Rd</w:t>
              <w:br/>
              <w:t>KSIC Silk (0821 242 2633)</w:t>
              <w:br/>
              <w:t>Cauvery Sandalwood (0821 242 3458)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Wheelchair at Palace Varaha Gate.</w:t>
              <w:br/>
              <w:t>Authentic Govt silk &amp; sandalwood.</w:t>
              <w:br/>
              <w:t>Return to hotel by 20:30.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7</w:t>
              <w:br/>
              <w:t>Mon 21 Sep</w:t>
              <w:br/>
              <w:t>09:45 AM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 (3 Pax)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ibis Styles Mysuru Porch (09:45 AM)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Resort</w:t>
              <w:br/>
              <w:t>Aratt Estate, Kumaralli,</w:t>
              <w:br/>
              <w:t>Somwarpet, Kodagu 571236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3 Pax: Surat, Kartikaye, Gaurav.</w:t>
              <w:br/>
              <w:t>Scenic drive via Somwarpet (3h 15m).</w:t>
              <w:br/>
              <w:t>Resort Booking #6105745815.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8</w:t>
              <w:br/>
              <w:t>Tue 22 Sep</w:t>
              <w:br/>
              <w:t>Full Day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Grounds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&amp; Local Estate</w:t>
              <w:br/>
              <w:t>Mallalli Falls Road, Somwarpet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Coffee estate walk &amp; leisure.</w:t>
              <w:br/>
              <w:t>17:00 Chauffeur Road Briefing for Wednesday route via Hassan Hwy.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9</w:t>
              <w:br/>
              <w:t>Wed 23 Sep</w:t>
              <w:br/>
              <w:t>08:45 AM Sharp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Dinesh MV Tour Op</w:t>
              <w:br/>
              <w:t>+91 78298 83978</w:t>
              <w:br/>
              <w:t>Innova Crysta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Ayatana Coorg Reception Porch (08:45 AM SHARP)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Kempegowda Intl Airport BLR T2</w:t>
              <w:br/>
              <w:t>Departures Curbside Drop Point 3</w:t>
              <w:br/>
              <w:t>Bay 16 / Gate 3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Lunch: Swathi Delicacy (12:15 PM).</w:t>
              <w:br/>
              <w:t>Absorb school bus peak (1:45-3:35 PM).</w:t>
              <w:br/>
              <w:t>Arrive 15:35. 'Care by BIAL' PRM Desk.</w:t>
            </w:r>
          </w:p>
        </w:tc>
      </w:tr>
      <w:tr>
        <w:trPr>
          <w:cantSplit/>
        </w:trPr>
        <w:tc>
          <w:tcPr>
            <w:tcW w:type="dxa" w:w="1728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Leg 10</w:t>
              <w:br/>
              <w:t>Wed 23 Sep</w:t>
              <w:br/>
              <w:t>21:45 Pick-up</w:t>
            </w:r>
          </w:p>
        </w:tc>
        <w:tc>
          <w:tcPr>
            <w:tcW w:type="dxa" w:w="1872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Hammon Da</w:t>
              <w:br/>
              <w:t>+91 97196 66277</w:t>
              <w:br/>
              <w:t>(Own Car)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DEL T3 Arrivals Curbside</w:t>
              <w:br/>
              <w:t>Commercial &amp; Chauffeur Lane</w:t>
              <w:br/>
              <w:t>(Pillars 14–16)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Home Porch</w:t>
              <w:br/>
              <w:t>G29 Jangpura Extension,</w:t>
              <w:br/>
              <w:t>New Delhi 110014</w:t>
            </w:r>
          </w:p>
        </w:tc>
        <w:tc>
          <w:tcPr>
            <w:tcW w:type="dxa" w:w="2160"/>
          </w:tcPr>
          <w:p>
            <w:pPr>
              <w:spacing w:before="60" w:after="60"/>
            </w:pPr>
            <w:r>
              <w:rPr>
                <w:rFonts w:ascii="Calibri" w:hAnsi="Calibri"/>
                <w:sz w:val="19"/>
              </w:rPr>
              <w:t>Flight AI 2802 lands 21:10.</w:t>
              <w:br/>
              <w:t>PRM wheels Surat from aerobridge to curb.</w:t>
              <w:br/>
              <w:t>Saurabh (8800602301) ready at home. Safe arrival 22:15-22:30.</w:t>
            </w:r>
          </w:p>
        </w:tc>
      </w:tr>
    </w:tbl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